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E5B34" w:rsidRPr="004E5B34" w:rsidRDefault="00F572BA" w:rsidP="004E5B34">
      <w:pPr>
        <w:pStyle w:val="Title"/>
      </w:pPr>
      <w:r>
        <w:t>Driver</w:t>
      </w:r>
      <w:r w:rsidR="00D104AE">
        <w:t xml:space="preserve">                             </w:t>
      </w:r>
      <w:r w:rsidR="004E5B34" w:rsidRPr="004E5B34">
        <w:t xml:space="preserve"> </w:t>
      </w:r>
      <w:r w:rsidR="00D104AE">
        <w:rPr>
          <w:noProof/>
        </w:rPr>
        <w:drawing>
          <wp:inline distT="0" distB="0" distL="0" distR="0">
            <wp:extent cx="952500" cy="952500"/>
            <wp:effectExtent l="0" t="0" r="0" b="0"/>
            <wp:docPr id="64710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EC5" w:rsidRDefault="006F7EC5" w:rsidP="006F7EC5">
      <w:pPr>
        <w:pStyle w:val="Heading1"/>
      </w:pPr>
      <w:r>
        <w:t>JALEEL NALAKATH</w:t>
      </w:r>
    </w:p>
    <w:p w:rsidR="006F7EC5" w:rsidRPr="006F7EC5" w:rsidRDefault="006F7EC5" w:rsidP="006F7EC5">
      <w:pPr>
        <w:pStyle w:val="ListBullet"/>
        <w:numPr>
          <w:ilvl w:val="0"/>
          <w:numId w:val="0"/>
        </w:numPr>
        <w:ind w:left="360"/>
      </w:pPr>
      <w:r w:rsidRPr="006F7EC5">
        <w:rPr>
          <w:rFonts w:ascii="Segoe UI Emoji" w:hAnsi="Segoe UI Emoji" w:cs="Segoe UI Emoji"/>
        </w:rPr>
        <w:t>📍</w:t>
      </w:r>
      <w:r w:rsidRPr="006F7EC5">
        <w:t xml:space="preserve"> Doha, Qatar</w:t>
      </w:r>
      <w:r w:rsidRPr="006F7EC5">
        <w:br/>
      </w:r>
      <w:r w:rsidRPr="006F7EC5">
        <w:rPr>
          <w:rFonts w:ascii="Segoe UI Emoji" w:hAnsi="Segoe UI Emoji" w:cs="Segoe UI Emoji"/>
        </w:rPr>
        <w:t>📞</w:t>
      </w:r>
      <w:r w:rsidRPr="006F7EC5">
        <w:t xml:space="preserve"> 33649236</w:t>
      </w:r>
      <w:r w:rsidRPr="006F7EC5">
        <w:br/>
      </w:r>
      <w:r w:rsidRPr="006F7EC5">
        <w:rPr>
          <w:rFonts w:ascii="Segoe UI Emoji" w:hAnsi="Segoe UI Emoji" w:cs="Segoe UI Emoji"/>
        </w:rPr>
        <w:t>✉️</w:t>
      </w:r>
      <w:r w:rsidRPr="006F7EC5">
        <w:t xml:space="preserve"> jaleelabdulla121@gmail.com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25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PERSONAL DETAILS</w:t>
      </w:r>
    </w:p>
    <w:p w:rsidR="006F7EC5" w:rsidRPr="006F7EC5" w:rsidRDefault="006F7EC5" w:rsidP="006F7EC5">
      <w:pPr>
        <w:pStyle w:val="ListBullet"/>
        <w:numPr>
          <w:ilvl w:val="0"/>
          <w:numId w:val="10"/>
        </w:numPr>
      </w:pPr>
      <w:r w:rsidRPr="006F7EC5">
        <w:rPr>
          <w:b/>
          <w:bCs/>
        </w:rPr>
        <w:t>Nationality:</w:t>
      </w:r>
      <w:r w:rsidRPr="006F7EC5">
        <w:t xml:space="preserve"> Indian</w:t>
      </w:r>
    </w:p>
    <w:p w:rsidR="006F7EC5" w:rsidRPr="006F7EC5" w:rsidRDefault="006F7EC5" w:rsidP="006F7EC5">
      <w:pPr>
        <w:pStyle w:val="ListBullet"/>
        <w:numPr>
          <w:ilvl w:val="0"/>
          <w:numId w:val="10"/>
        </w:numPr>
      </w:pPr>
      <w:r w:rsidRPr="006F7EC5">
        <w:rPr>
          <w:b/>
          <w:bCs/>
        </w:rPr>
        <w:t>Gender:</w:t>
      </w:r>
      <w:r w:rsidRPr="006F7EC5">
        <w:t xml:space="preserve"> Male</w:t>
      </w:r>
    </w:p>
    <w:p w:rsidR="006F7EC5" w:rsidRPr="006F7EC5" w:rsidRDefault="006F7EC5" w:rsidP="006F7EC5">
      <w:pPr>
        <w:pStyle w:val="ListBullet"/>
        <w:numPr>
          <w:ilvl w:val="0"/>
          <w:numId w:val="10"/>
        </w:numPr>
      </w:pPr>
      <w:r w:rsidRPr="006F7EC5">
        <w:rPr>
          <w:b/>
          <w:bCs/>
        </w:rPr>
        <w:t>Visa Status:</w:t>
      </w:r>
      <w:r w:rsidRPr="006F7EC5">
        <w:t xml:space="preserve"> Work Visa</w:t>
      </w:r>
    </w:p>
    <w:p w:rsidR="006F7EC5" w:rsidRPr="006F7EC5" w:rsidRDefault="006F7EC5" w:rsidP="006F7EC5">
      <w:pPr>
        <w:pStyle w:val="ListBullet"/>
        <w:numPr>
          <w:ilvl w:val="0"/>
          <w:numId w:val="10"/>
        </w:numPr>
      </w:pPr>
      <w:r w:rsidRPr="006F7EC5">
        <w:rPr>
          <w:b/>
          <w:bCs/>
        </w:rPr>
        <w:t>Qatar ID:</w:t>
      </w:r>
      <w:r w:rsidRPr="006F7EC5">
        <w:t xml:space="preserve"> 27035600503</w:t>
      </w:r>
    </w:p>
    <w:p w:rsidR="006F7EC5" w:rsidRPr="006F7EC5" w:rsidRDefault="006F7EC5" w:rsidP="006F7EC5">
      <w:pPr>
        <w:pStyle w:val="ListBullet"/>
        <w:numPr>
          <w:ilvl w:val="0"/>
          <w:numId w:val="10"/>
        </w:numPr>
      </w:pPr>
      <w:r w:rsidRPr="006F7EC5">
        <w:rPr>
          <w:b/>
          <w:bCs/>
        </w:rPr>
        <w:t>Driving License:</w:t>
      </w:r>
      <w:r w:rsidRPr="006F7EC5">
        <w:t xml:space="preserve"> Valid Qatar Driving License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26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PROFESSIONAL SUMMARY</w:t>
      </w:r>
    </w:p>
    <w:p w:rsidR="006F7EC5" w:rsidRPr="006F7EC5" w:rsidRDefault="006F7EC5" w:rsidP="006F7EC5">
      <w:pPr>
        <w:pStyle w:val="ListBullet"/>
      </w:pPr>
      <w:r w:rsidRPr="006F7EC5">
        <w:t xml:space="preserve">Experienced sales professional with over </w:t>
      </w:r>
      <w:r w:rsidR="00F4363E">
        <w:rPr>
          <w:b/>
          <w:bCs/>
        </w:rPr>
        <w:t>3</w:t>
      </w:r>
      <w:r w:rsidRPr="006F7EC5">
        <w:rPr>
          <w:b/>
          <w:bCs/>
        </w:rPr>
        <w:t>0 years of experience</w:t>
      </w:r>
      <w:r w:rsidRPr="006F7EC5">
        <w:t xml:space="preserve"> in Qatar. Strong background in FMCG and retail sales, customer handling, brand promotion, and store management. Reliable, hardworking, and target-oriented with excellent knowledge of the Qatar market.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27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WORK EXPERIENCE</w:t>
      </w:r>
    </w:p>
    <w:p w:rsidR="006F7EC5" w:rsidRPr="006F7EC5" w:rsidRDefault="006F7EC5" w:rsidP="006F7EC5">
      <w:pPr>
        <w:pStyle w:val="Heading2"/>
      </w:pPr>
      <w:r w:rsidRPr="006F7EC5">
        <w:t>Salesman</w:t>
      </w:r>
    </w:p>
    <w:p w:rsidR="006F7EC5" w:rsidRPr="006F7EC5" w:rsidRDefault="006F7EC5" w:rsidP="006F7EC5">
      <w:pPr>
        <w:pStyle w:val="ListBullet"/>
      </w:pPr>
      <w:r w:rsidRPr="006F7EC5">
        <w:rPr>
          <w:b/>
          <w:bCs/>
        </w:rPr>
        <w:t>Ali Bin Ali Group – British American Tobacco Division</w:t>
      </w:r>
      <w:r w:rsidRPr="006F7EC5">
        <w:br/>
      </w:r>
      <w:r w:rsidRPr="006F7EC5">
        <w:rPr>
          <w:rFonts w:ascii="Segoe UI Emoji" w:hAnsi="Segoe UI Emoji" w:cs="Segoe UI Emoji"/>
        </w:rPr>
        <w:t>📍</w:t>
      </w:r>
      <w:r w:rsidRPr="006F7EC5">
        <w:t xml:space="preserve"> Doha, Qatar</w:t>
      </w:r>
      <w:r w:rsidRPr="006F7EC5">
        <w:br/>
      </w:r>
      <w:r w:rsidRPr="006F7EC5">
        <w:rPr>
          <w:rFonts w:ascii="Segoe UI Symbol" w:hAnsi="Segoe UI Symbol" w:cs="Segoe UI Symbol"/>
        </w:rPr>
        <w:t>🗓</w:t>
      </w:r>
      <w:r w:rsidRPr="006F7EC5">
        <w:t xml:space="preserve"> </w:t>
      </w:r>
      <w:r w:rsidRPr="006F7EC5">
        <w:rPr>
          <w:b/>
          <w:bCs/>
        </w:rPr>
        <w:t>2004 – December 2024</w:t>
      </w:r>
    </w:p>
    <w:p w:rsidR="006F7EC5" w:rsidRPr="006F7EC5" w:rsidRDefault="006F7EC5" w:rsidP="006F7EC5">
      <w:pPr>
        <w:pStyle w:val="ListBullet"/>
        <w:numPr>
          <w:ilvl w:val="0"/>
          <w:numId w:val="11"/>
        </w:numPr>
      </w:pPr>
      <w:r w:rsidRPr="006F7EC5">
        <w:t>Achieved monthly and annual sales targets</w:t>
      </w:r>
    </w:p>
    <w:p w:rsidR="006F7EC5" w:rsidRPr="006F7EC5" w:rsidRDefault="006F7EC5" w:rsidP="006F7EC5">
      <w:pPr>
        <w:pStyle w:val="ListBullet"/>
        <w:numPr>
          <w:ilvl w:val="0"/>
          <w:numId w:val="11"/>
        </w:numPr>
      </w:pPr>
      <w:r w:rsidRPr="006F7EC5">
        <w:t>Visited retail outlets and maintained strong customer relationships</w:t>
      </w:r>
    </w:p>
    <w:p w:rsidR="006F7EC5" w:rsidRPr="006F7EC5" w:rsidRDefault="006F7EC5" w:rsidP="006F7EC5">
      <w:pPr>
        <w:pStyle w:val="ListBullet"/>
        <w:numPr>
          <w:ilvl w:val="0"/>
          <w:numId w:val="11"/>
        </w:numPr>
      </w:pPr>
      <w:r w:rsidRPr="006F7EC5">
        <w:t>Ensured proper stock availability and product rotation</w:t>
      </w:r>
    </w:p>
    <w:p w:rsidR="006F7EC5" w:rsidRPr="006F7EC5" w:rsidRDefault="006F7EC5" w:rsidP="006F7EC5">
      <w:pPr>
        <w:pStyle w:val="ListBullet"/>
        <w:numPr>
          <w:ilvl w:val="0"/>
          <w:numId w:val="11"/>
        </w:numPr>
      </w:pPr>
      <w:r w:rsidRPr="006F7EC5">
        <w:t>Managed product display and merchandising</w:t>
      </w:r>
    </w:p>
    <w:p w:rsidR="006F7EC5" w:rsidRPr="006F7EC5" w:rsidRDefault="006F7EC5" w:rsidP="006F7EC5">
      <w:pPr>
        <w:pStyle w:val="ListBullet"/>
        <w:numPr>
          <w:ilvl w:val="0"/>
          <w:numId w:val="11"/>
        </w:numPr>
      </w:pPr>
      <w:r w:rsidRPr="006F7EC5">
        <w:t>Provided market feedback and sales reports</w:t>
      </w:r>
    </w:p>
    <w:p w:rsidR="00D104AE" w:rsidRDefault="00000000" w:rsidP="00D104AE">
      <w:pPr>
        <w:pStyle w:val="ListBullet"/>
        <w:numPr>
          <w:ilvl w:val="0"/>
          <w:numId w:val="0"/>
        </w:numPr>
        <w:ind w:left="360"/>
      </w:pPr>
      <w:r>
        <w:pict>
          <v:rect id="_x0000_i1028" style="width:0;height:1.5pt" o:hralign="center" o:hrstd="t" o:hr="t" fillcolor="#a0a0a0" stroked="f"/>
        </w:pict>
      </w:r>
    </w:p>
    <w:p w:rsidR="00D104AE" w:rsidRDefault="00D104AE" w:rsidP="00D104AE">
      <w:pPr>
        <w:pStyle w:val="ListBullet"/>
        <w:numPr>
          <w:ilvl w:val="0"/>
          <w:numId w:val="0"/>
        </w:numPr>
        <w:ind w:left="360"/>
      </w:pPr>
    </w:p>
    <w:p w:rsidR="00D104AE" w:rsidRDefault="00D104AE" w:rsidP="00D104AE">
      <w:pPr>
        <w:pStyle w:val="ListBullet"/>
        <w:numPr>
          <w:ilvl w:val="0"/>
          <w:numId w:val="0"/>
        </w:numPr>
        <w:ind w:left="360"/>
      </w:pPr>
    </w:p>
    <w:p w:rsidR="006F7EC5" w:rsidRDefault="006F7EC5" w:rsidP="00D104AE">
      <w:pPr>
        <w:pStyle w:val="ListBullet"/>
        <w:numPr>
          <w:ilvl w:val="0"/>
          <w:numId w:val="0"/>
        </w:numPr>
        <w:ind w:left="360"/>
        <w:rPr>
          <w:rStyle w:val="Heading2Char"/>
        </w:rPr>
      </w:pPr>
      <w:r w:rsidRPr="00D104AE">
        <w:rPr>
          <w:rStyle w:val="Heading2Char"/>
        </w:rPr>
        <w:lastRenderedPageBreak/>
        <w:t>Salesman &amp; Merchandiser</w:t>
      </w:r>
    </w:p>
    <w:p w:rsidR="006F7EC5" w:rsidRPr="006F7EC5" w:rsidRDefault="006F7EC5" w:rsidP="006F7EC5">
      <w:pPr>
        <w:pStyle w:val="ListBullet"/>
      </w:pPr>
      <w:r w:rsidRPr="006F7EC5">
        <w:rPr>
          <w:b/>
          <w:bCs/>
        </w:rPr>
        <w:t xml:space="preserve">Modern Home </w:t>
      </w:r>
    </w:p>
    <w:p w:rsidR="006F7EC5" w:rsidRPr="006F7EC5" w:rsidRDefault="006F7EC5" w:rsidP="006F7EC5">
      <w:pPr>
        <w:pStyle w:val="ListBullet"/>
        <w:numPr>
          <w:ilvl w:val="0"/>
          <w:numId w:val="0"/>
        </w:numPr>
        <w:ind w:left="360"/>
      </w:pPr>
      <w:r w:rsidRPr="006F7EC5">
        <w:rPr>
          <w:rFonts w:ascii="Segoe UI Emoji" w:hAnsi="Segoe UI Emoji" w:cs="Segoe UI Emoji"/>
        </w:rPr>
        <w:t>📍</w:t>
      </w:r>
      <w:r w:rsidRPr="006F7EC5">
        <w:t xml:space="preserve"> Qatar</w:t>
      </w:r>
      <w:r w:rsidRPr="006F7EC5">
        <w:br/>
      </w:r>
      <w:r w:rsidRPr="006F7EC5">
        <w:rPr>
          <w:rFonts w:ascii="Segoe UI Symbol" w:hAnsi="Segoe UI Symbol" w:cs="Segoe UI Symbol"/>
        </w:rPr>
        <w:t>🗓</w:t>
      </w:r>
      <w:r w:rsidRPr="006F7EC5">
        <w:t xml:space="preserve"> </w:t>
      </w:r>
      <w:r w:rsidRPr="006F7EC5">
        <w:rPr>
          <w:b/>
          <w:bCs/>
        </w:rPr>
        <w:t>6 Years</w:t>
      </w:r>
      <w:r w:rsidRPr="006F7EC5">
        <w:br/>
      </w:r>
      <w:r w:rsidRPr="006F7EC5">
        <w:rPr>
          <w:b/>
          <w:bCs/>
        </w:rPr>
        <w:t>Brands Handled:</w:t>
      </w:r>
      <w:r w:rsidRPr="006F7EC5">
        <w:t xml:space="preserve"> Gillette, Oral-B, Duracell</w:t>
      </w:r>
    </w:p>
    <w:p w:rsidR="006F7EC5" w:rsidRPr="006F7EC5" w:rsidRDefault="006F7EC5" w:rsidP="006F7EC5">
      <w:pPr>
        <w:pStyle w:val="ListBullet"/>
        <w:numPr>
          <w:ilvl w:val="0"/>
          <w:numId w:val="12"/>
        </w:numPr>
      </w:pPr>
      <w:r w:rsidRPr="006F7EC5">
        <w:t>Promoted and sold FMCG products</w:t>
      </w:r>
    </w:p>
    <w:p w:rsidR="006F7EC5" w:rsidRPr="006F7EC5" w:rsidRDefault="006F7EC5" w:rsidP="006F7EC5">
      <w:pPr>
        <w:pStyle w:val="ListBullet"/>
        <w:numPr>
          <w:ilvl w:val="0"/>
          <w:numId w:val="12"/>
        </w:numPr>
      </w:pPr>
      <w:r w:rsidRPr="006F7EC5">
        <w:t>Increased brand visibility in retail stores</w:t>
      </w:r>
    </w:p>
    <w:p w:rsidR="006F7EC5" w:rsidRPr="006F7EC5" w:rsidRDefault="006F7EC5" w:rsidP="006F7EC5">
      <w:pPr>
        <w:pStyle w:val="ListBullet"/>
        <w:numPr>
          <w:ilvl w:val="0"/>
          <w:numId w:val="12"/>
        </w:numPr>
      </w:pPr>
      <w:r w:rsidRPr="006F7EC5">
        <w:t>Checked stock levels and expiry dates</w:t>
      </w:r>
    </w:p>
    <w:p w:rsidR="006F7EC5" w:rsidRPr="006F7EC5" w:rsidRDefault="006F7EC5" w:rsidP="006F7EC5">
      <w:pPr>
        <w:pStyle w:val="ListBullet"/>
        <w:numPr>
          <w:ilvl w:val="0"/>
          <w:numId w:val="12"/>
        </w:numPr>
      </w:pPr>
      <w:r w:rsidRPr="006F7EC5">
        <w:t>Coordinated with store managers for better placement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29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Grocery Shop Owner</w:t>
      </w:r>
    </w:p>
    <w:p w:rsidR="006F7EC5" w:rsidRPr="006F7EC5" w:rsidRDefault="006F7EC5" w:rsidP="006F7EC5">
      <w:pPr>
        <w:pStyle w:val="ListBullet"/>
      </w:pPr>
      <w:r w:rsidRPr="006F7EC5">
        <w:rPr>
          <w:rFonts w:ascii="Segoe UI Emoji" w:hAnsi="Segoe UI Emoji" w:cs="Segoe UI Emoji"/>
        </w:rPr>
        <w:t>📍</w:t>
      </w:r>
      <w:r w:rsidRPr="006F7EC5">
        <w:t xml:space="preserve"> Qatar</w:t>
      </w:r>
      <w:r w:rsidRPr="006F7EC5">
        <w:br/>
      </w:r>
      <w:r w:rsidRPr="006F7EC5">
        <w:rPr>
          <w:rFonts w:ascii="Segoe UI Symbol" w:hAnsi="Segoe UI Symbol" w:cs="Segoe UI Symbol"/>
        </w:rPr>
        <w:t>🗓</w:t>
      </w:r>
      <w:r w:rsidRPr="006F7EC5">
        <w:t xml:space="preserve"> </w:t>
      </w:r>
      <w:r w:rsidRPr="006F7EC5">
        <w:rPr>
          <w:b/>
          <w:bCs/>
        </w:rPr>
        <w:t>4 Years</w:t>
      </w:r>
    </w:p>
    <w:p w:rsidR="006F7EC5" w:rsidRPr="006F7EC5" w:rsidRDefault="006F7EC5" w:rsidP="006F7EC5">
      <w:pPr>
        <w:pStyle w:val="ListBullet"/>
        <w:numPr>
          <w:ilvl w:val="0"/>
          <w:numId w:val="13"/>
        </w:numPr>
      </w:pPr>
      <w:r w:rsidRPr="006F7EC5">
        <w:t>Managed daily shop operations</w:t>
      </w:r>
    </w:p>
    <w:p w:rsidR="006F7EC5" w:rsidRPr="006F7EC5" w:rsidRDefault="006F7EC5" w:rsidP="006F7EC5">
      <w:pPr>
        <w:pStyle w:val="ListBullet"/>
        <w:numPr>
          <w:ilvl w:val="0"/>
          <w:numId w:val="13"/>
        </w:numPr>
      </w:pPr>
      <w:r w:rsidRPr="006F7EC5">
        <w:t>Handled purchasing, sales, and customer service</w:t>
      </w:r>
    </w:p>
    <w:p w:rsidR="006F7EC5" w:rsidRPr="006F7EC5" w:rsidRDefault="006F7EC5" w:rsidP="006F7EC5">
      <w:pPr>
        <w:pStyle w:val="ListBullet"/>
        <w:numPr>
          <w:ilvl w:val="0"/>
          <w:numId w:val="13"/>
        </w:numPr>
      </w:pPr>
      <w:r w:rsidRPr="006F7EC5">
        <w:t>Maintained inventory and supplier relations</w:t>
      </w:r>
    </w:p>
    <w:p w:rsidR="006F7EC5" w:rsidRPr="006F7EC5" w:rsidRDefault="006F7EC5" w:rsidP="006F7EC5">
      <w:pPr>
        <w:pStyle w:val="ListBullet"/>
        <w:numPr>
          <w:ilvl w:val="0"/>
          <w:numId w:val="13"/>
        </w:numPr>
      </w:pPr>
      <w:r w:rsidRPr="006F7EC5">
        <w:t>Improved customer satisfaction and repeat business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30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KEY SKILLS</w:t>
      </w:r>
    </w:p>
    <w:p w:rsidR="006F7EC5" w:rsidRPr="006F7EC5" w:rsidRDefault="006F7EC5" w:rsidP="006F7EC5">
      <w:pPr>
        <w:pStyle w:val="ListBullet"/>
        <w:numPr>
          <w:ilvl w:val="0"/>
          <w:numId w:val="14"/>
        </w:numPr>
      </w:pPr>
      <w:r w:rsidRPr="006F7EC5">
        <w:t>Sales &amp; Retail Operations</w:t>
      </w:r>
    </w:p>
    <w:p w:rsidR="006F7EC5" w:rsidRPr="006F7EC5" w:rsidRDefault="006F7EC5" w:rsidP="006F7EC5">
      <w:pPr>
        <w:pStyle w:val="ListBullet"/>
        <w:numPr>
          <w:ilvl w:val="0"/>
          <w:numId w:val="14"/>
        </w:numPr>
      </w:pPr>
      <w:r w:rsidRPr="006F7EC5">
        <w:t>Customer Service</w:t>
      </w:r>
    </w:p>
    <w:p w:rsidR="006F7EC5" w:rsidRPr="006F7EC5" w:rsidRDefault="006F7EC5" w:rsidP="006F7EC5">
      <w:pPr>
        <w:pStyle w:val="ListBullet"/>
        <w:numPr>
          <w:ilvl w:val="0"/>
          <w:numId w:val="14"/>
        </w:numPr>
      </w:pPr>
      <w:r w:rsidRPr="006F7EC5">
        <w:t>Brand Promotion &amp; Merchandising</w:t>
      </w:r>
    </w:p>
    <w:p w:rsidR="006F7EC5" w:rsidRPr="006F7EC5" w:rsidRDefault="006F7EC5" w:rsidP="006F7EC5">
      <w:pPr>
        <w:pStyle w:val="ListBullet"/>
        <w:numPr>
          <w:ilvl w:val="0"/>
          <w:numId w:val="14"/>
        </w:numPr>
      </w:pPr>
      <w:r w:rsidRPr="006F7EC5">
        <w:t>Stock &amp; Inventory Management</w:t>
      </w:r>
    </w:p>
    <w:p w:rsidR="006F7EC5" w:rsidRPr="006F7EC5" w:rsidRDefault="006F7EC5" w:rsidP="006F7EC5">
      <w:pPr>
        <w:pStyle w:val="ListBullet"/>
        <w:numPr>
          <w:ilvl w:val="0"/>
          <w:numId w:val="14"/>
        </w:numPr>
      </w:pPr>
      <w:r w:rsidRPr="006F7EC5">
        <w:t>Route Sales</w:t>
      </w:r>
    </w:p>
    <w:p w:rsidR="006F7EC5" w:rsidRDefault="006F7EC5" w:rsidP="006F7EC5">
      <w:pPr>
        <w:pStyle w:val="ListBullet"/>
        <w:numPr>
          <w:ilvl w:val="0"/>
          <w:numId w:val="14"/>
        </w:numPr>
      </w:pPr>
      <w:r w:rsidRPr="006F7EC5">
        <w:t>Time Management</w:t>
      </w:r>
    </w:p>
    <w:p w:rsidR="008702FF" w:rsidRPr="006F7EC5" w:rsidRDefault="008702FF" w:rsidP="006F7EC5">
      <w:pPr>
        <w:pStyle w:val="ListBullet"/>
        <w:numPr>
          <w:ilvl w:val="0"/>
          <w:numId w:val="14"/>
        </w:numPr>
      </w:pPr>
      <w:r>
        <w:t>Basic knowledge of computer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31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LANGUAGES</w:t>
      </w:r>
    </w:p>
    <w:p w:rsidR="006F7EC5" w:rsidRPr="006F7EC5" w:rsidRDefault="006F7EC5" w:rsidP="006F7EC5">
      <w:pPr>
        <w:pStyle w:val="ListBullet"/>
        <w:numPr>
          <w:ilvl w:val="0"/>
          <w:numId w:val="15"/>
        </w:numPr>
      </w:pPr>
      <w:r w:rsidRPr="006F7EC5">
        <w:t>English</w:t>
      </w:r>
    </w:p>
    <w:p w:rsidR="006F7EC5" w:rsidRPr="006F7EC5" w:rsidRDefault="006F7EC5" w:rsidP="006F7EC5">
      <w:pPr>
        <w:pStyle w:val="ListBullet"/>
        <w:numPr>
          <w:ilvl w:val="0"/>
          <w:numId w:val="15"/>
        </w:numPr>
      </w:pPr>
      <w:r w:rsidRPr="006F7EC5">
        <w:t>Hindi</w:t>
      </w:r>
    </w:p>
    <w:p w:rsidR="006F7EC5" w:rsidRDefault="006F7EC5" w:rsidP="006F7EC5">
      <w:pPr>
        <w:pStyle w:val="ListBullet"/>
        <w:numPr>
          <w:ilvl w:val="0"/>
          <w:numId w:val="15"/>
        </w:numPr>
      </w:pPr>
      <w:r w:rsidRPr="006F7EC5">
        <w:t>Malayalam</w:t>
      </w:r>
    </w:p>
    <w:p w:rsidR="004E5B34" w:rsidRPr="006F7EC5" w:rsidRDefault="004E5B34" w:rsidP="006F7EC5">
      <w:pPr>
        <w:pStyle w:val="ListBullet"/>
        <w:numPr>
          <w:ilvl w:val="0"/>
          <w:numId w:val="15"/>
        </w:numPr>
      </w:pPr>
      <w:r>
        <w:t>Arabic</w:t>
      </w:r>
    </w:p>
    <w:p w:rsidR="006F7EC5" w:rsidRPr="006F7EC5" w:rsidRDefault="00000000" w:rsidP="006F7EC5">
      <w:pPr>
        <w:pStyle w:val="ListBullet"/>
        <w:numPr>
          <w:ilvl w:val="0"/>
          <w:numId w:val="0"/>
        </w:numPr>
        <w:ind w:left="360"/>
      </w:pPr>
      <w:r>
        <w:pict>
          <v:rect id="_x0000_i1032" style="width:0;height:1.5pt" o:hralign="center" o:hrstd="t" o:hr="t" fillcolor="#a0a0a0" stroked="f"/>
        </w:pict>
      </w:r>
    </w:p>
    <w:p w:rsidR="006F7EC5" w:rsidRPr="006F7EC5" w:rsidRDefault="006F7EC5" w:rsidP="006F7EC5">
      <w:pPr>
        <w:pStyle w:val="Heading2"/>
      </w:pPr>
      <w:r w:rsidRPr="006F7EC5">
        <w:t>DECLARATION</w:t>
      </w:r>
    </w:p>
    <w:p w:rsidR="006F7EC5" w:rsidRPr="006F7EC5" w:rsidRDefault="006F7EC5" w:rsidP="006F7EC5">
      <w:pPr>
        <w:pStyle w:val="ListBullet"/>
      </w:pPr>
      <w:r w:rsidRPr="006F7EC5">
        <w:t>I hereby declare that the information given above is true and correct to the best of my knowledge.</w:t>
      </w:r>
    </w:p>
    <w:p w:rsidR="006F7EC5" w:rsidRPr="006F7EC5" w:rsidRDefault="006F7EC5" w:rsidP="006F7EC5">
      <w:pPr>
        <w:pStyle w:val="ListBullet"/>
      </w:pPr>
      <w:r w:rsidRPr="006F7EC5">
        <w:rPr>
          <w:b/>
          <w:bCs/>
        </w:rPr>
        <w:t>Place:</w:t>
      </w:r>
      <w:r w:rsidRPr="006F7EC5">
        <w:t xml:space="preserve"> Doha, Qatar</w:t>
      </w:r>
      <w:r w:rsidRPr="006F7EC5">
        <w:br/>
      </w:r>
      <w:r w:rsidRPr="006F7EC5">
        <w:rPr>
          <w:b/>
          <w:bCs/>
        </w:rPr>
        <w:t>Name:</w:t>
      </w:r>
      <w:r w:rsidRPr="006F7EC5">
        <w:t xml:space="preserve"> Jaleel Nalakath</w:t>
      </w:r>
    </w:p>
    <w:p w:rsidR="006F7EC5" w:rsidRDefault="006F7EC5" w:rsidP="006F7EC5">
      <w:pPr>
        <w:pStyle w:val="ListBullet"/>
        <w:numPr>
          <w:ilvl w:val="0"/>
          <w:numId w:val="0"/>
        </w:numPr>
        <w:ind w:left="360" w:hanging="360"/>
      </w:pPr>
    </w:p>
    <w:sectPr w:rsidR="006F7EC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DCCC01B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7F38EC"/>
    <w:multiLevelType w:val="multilevel"/>
    <w:tmpl w:val="DECCD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F585F7C"/>
    <w:multiLevelType w:val="multilevel"/>
    <w:tmpl w:val="C8B2D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00003F"/>
    <w:multiLevelType w:val="multilevel"/>
    <w:tmpl w:val="38D4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053FE9"/>
    <w:multiLevelType w:val="multilevel"/>
    <w:tmpl w:val="0C98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645AC5"/>
    <w:multiLevelType w:val="multilevel"/>
    <w:tmpl w:val="EE42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77145F"/>
    <w:multiLevelType w:val="multilevel"/>
    <w:tmpl w:val="872A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932524">
    <w:abstractNumId w:val="8"/>
  </w:num>
  <w:num w:numId="2" w16cid:durableId="551236294">
    <w:abstractNumId w:val="6"/>
  </w:num>
  <w:num w:numId="3" w16cid:durableId="2109278273">
    <w:abstractNumId w:val="5"/>
  </w:num>
  <w:num w:numId="4" w16cid:durableId="1830749027">
    <w:abstractNumId w:val="4"/>
  </w:num>
  <w:num w:numId="5" w16cid:durableId="1422027105">
    <w:abstractNumId w:val="7"/>
  </w:num>
  <w:num w:numId="6" w16cid:durableId="1339385533">
    <w:abstractNumId w:val="3"/>
  </w:num>
  <w:num w:numId="7" w16cid:durableId="1168711885">
    <w:abstractNumId w:val="2"/>
  </w:num>
  <w:num w:numId="8" w16cid:durableId="1791244158">
    <w:abstractNumId w:val="1"/>
  </w:num>
  <w:num w:numId="9" w16cid:durableId="1670982451">
    <w:abstractNumId w:val="0"/>
  </w:num>
  <w:num w:numId="10" w16cid:durableId="1936359154">
    <w:abstractNumId w:val="10"/>
  </w:num>
  <w:num w:numId="11" w16cid:durableId="1216233136">
    <w:abstractNumId w:val="13"/>
  </w:num>
  <w:num w:numId="12" w16cid:durableId="504170461">
    <w:abstractNumId w:val="11"/>
  </w:num>
  <w:num w:numId="13" w16cid:durableId="95561917">
    <w:abstractNumId w:val="14"/>
  </w:num>
  <w:num w:numId="14" w16cid:durableId="1904216832">
    <w:abstractNumId w:val="9"/>
  </w:num>
  <w:num w:numId="15" w16cid:durableId="36518299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36148F"/>
    <w:rsid w:val="00486217"/>
    <w:rsid w:val="004A1C10"/>
    <w:rsid w:val="004C4C9C"/>
    <w:rsid w:val="004E5B34"/>
    <w:rsid w:val="006F7EC5"/>
    <w:rsid w:val="0083291C"/>
    <w:rsid w:val="008702FF"/>
    <w:rsid w:val="00A6011B"/>
    <w:rsid w:val="00AA1D8D"/>
    <w:rsid w:val="00AC51B9"/>
    <w:rsid w:val="00B47730"/>
    <w:rsid w:val="00CB0664"/>
    <w:rsid w:val="00D104AE"/>
    <w:rsid w:val="00F4363E"/>
    <w:rsid w:val="00F572B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3C843B"/>
  <w14:defaultImageDpi w14:val="300"/>
  <w15:docId w15:val="{3ACA2222-95F8-4A50-8F17-B2477824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4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USER</cp:lastModifiedBy>
  <cp:revision>3</cp:revision>
  <dcterms:created xsi:type="dcterms:W3CDTF">2026-01-24T15:54:00Z</dcterms:created>
  <dcterms:modified xsi:type="dcterms:W3CDTF">2026-01-26T08:00:00Z</dcterms:modified>
  <cp:category/>
</cp:coreProperties>
</file>