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4452"/>
      </w:tblGrid>
      <w:tr w:rsidR="00F41AA2" w:rsidRPr="005912E8" w14:paraId="59784E8F" w14:textId="77777777" w:rsidTr="00F65B8C">
        <w:trPr>
          <w:trHeight w:val="1164"/>
        </w:trPr>
        <w:tc>
          <w:tcPr>
            <w:tcW w:w="4452" w:type="dxa"/>
          </w:tcPr>
          <w:p w14:paraId="6BB58090" w14:textId="0B318128" w:rsidR="00F41AA2" w:rsidRPr="00F41AA2" w:rsidRDefault="00F41AA2" w:rsidP="00C0071B">
            <w:pPr>
              <w:spacing w:line="240" w:lineRule="auto"/>
              <w:jc w:val="both"/>
              <w:rPr>
                <w:b/>
                <w:color w:val="1F497D" w:themeColor="text2"/>
                <w:sz w:val="36"/>
              </w:rPr>
            </w:pPr>
            <w:r w:rsidRPr="00F41AA2">
              <w:rPr>
                <w:b/>
                <w:color w:val="1F497D" w:themeColor="text2"/>
                <w:sz w:val="36"/>
              </w:rPr>
              <w:t>Wissem Matri</w:t>
            </w:r>
          </w:p>
          <w:p w14:paraId="3F424F4E" w14:textId="4EEA32BF" w:rsidR="00F41AA2" w:rsidRDefault="00832D95" w:rsidP="00C0071B">
            <w:pPr>
              <w:spacing w:line="240" w:lineRule="auto"/>
              <w:rPr>
                <w:rFonts w:asciiTheme="majorHAnsi" w:hAnsiTheme="majorHAnsi" w:cstheme="majorHAnsi"/>
              </w:rPr>
            </w:pPr>
            <w:r w:rsidRPr="00CD1E95">
              <w:rPr>
                <w:rFonts w:asciiTheme="majorHAnsi" w:hAnsiTheme="majorHAnsi" w:cstheme="majorHAnsi"/>
              </w:rPr>
              <w:t>Address</w:t>
            </w:r>
            <w:r>
              <w:rPr>
                <w:rFonts w:asciiTheme="majorHAnsi" w:hAnsiTheme="majorHAnsi" w:cstheme="majorHAnsi"/>
              </w:rPr>
              <w:t>:</w:t>
            </w:r>
            <w:r w:rsidR="00300FC9">
              <w:rPr>
                <w:rFonts w:asciiTheme="majorHAnsi" w:hAnsiTheme="majorHAnsi" w:cstheme="majorHAnsi"/>
              </w:rPr>
              <w:t xml:space="preserve"> Lot 130 jinene sedjoumi, Tunis</w:t>
            </w:r>
          </w:p>
          <w:p w14:paraId="4AC9DD89" w14:textId="77777777" w:rsidR="00832D95" w:rsidRDefault="00832D95" w:rsidP="00C0071B">
            <w:pPr>
              <w:spacing w:line="240" w:lineRule="auto"/>
              <w:rPr>
                <w:rFonts w:asciiTheme="majorHAnsi" w:hAnsiTheme="majorHAnsi" w:cstheme="majorHAnsi"/>
              </w:rPr>
            </w:pPr>
            <w:r>
              <w:rPr>
                <w:rFonts w:asciiTheme="majorHAnsi" w:hAnsiTheme="majorHAnsi" w:cstheme="majorHAnsi"/>
              </w:rPr>
              <w:t>Phone: +216 20 026 341</w:t>
            </w:r>
          </w:p>
          <w:p w14:paraId="3D6649D0" w14:textId="328C4436" w:rsidR="005912E8" w:rsidRPr="005912E8" w:rsidRDefault="005912E8" w:rsidP="00C0071B">
            <w:pPr>
              <w:spacing w:line="240" w:lineRule="auto"/>
              <w:rPr>
                <w:rFonts w:asciiTheme="majorHAnsi" w:hAnsiTheme="majorHAnsi" w:cstheme="majorHAnsi"/>
              </w:rPr>
            </w:pPr>
            <w:r w:rsidRPr="005912E8">
              <w:rPr>
                <w:rFonts w:asciiTheme="majorHAnsi" w:hAnsiTheme="majorHAnsi" w:cstheme="majorHAnsi"/>
              </w:rPr>
              <w:t xml:space="preserve">Date of </w:t>
            </w:r>
            <w:r w:rsidR="005E741F" w:rsidRPr="005912E8">
              <w:rPr>
                <w:rFonts w:asciiTheme="majorHAnsi" w:hAnsiTheme="majorHAnsi" w:cstheme="majorHAnsi"/>
              </w:rPr>
              <w:t>birth:</w:t>
            </w:r>
            <w:r w:rsidRPr="005912E8">
              <w:rPr>
                <w:rFonts w:asciiTheme="majorHAnsi" w:hAnsiTheme="majorHAnsi" w:cstheme="majorHAnsi"/>
              </w:rPr>
              <w:t xml:space="preserve"> 23</w:t>
            </w:r>
            <w:r>
              <w:rPr>
                <w:rFonts w:asciiTheme="majorHAnsi" w:hAnsiTheme="majorHAnsi" w:cstheme="majorHAnsi"/>
              </w:rPr>
              <w:t>/12/1998</w:t>
            </w:r>
          </w:p>
          <w:p w14:paraId="64E5C75D" w14:textId="46906418" w:rsidR="005912E8" w:rsidRPr="005912E8" w:rsidRDefault="005912E8">
            <w:pPr>
              <w:rPr>
                <w:rFonts w:asciiTheme="majorHAnsi" w:hAnsiTheme="majorHAnsi" w:cstheme="majorHAnsi"/>
              </w:rPr>
            </w:pPr>
            <w:r w:rsidRPr="005912E8">
              <w:rPr>
                <w:rFonts w:asciiTheme="majorHAnsi" w:hAnsiTheme="majorHAnsi" w:cstheme="majorHAnsi"/>
              </w:rPr>
              <w:t xml:space="preserve">Email: </w:t>
            </w:r>
            <w:hyperlink r:id="rId6" w:history="1">
              <w:r w:rsidRPr="005912E8">
                <w:rPr>
                  <w:rStyle w:val="Hyperlink"/>
                  <w:rFonts w:asciiTheme="majorHAnsi" w:hAnsiTheme="majorHAnsi" w:cstheme="majorHAnsi"/>
                  <w:color w:val="1F497D" w:themeColor="text2"/>
                </w:rPr>
                <w:t>wissemmatri96@gmail.com</w:t>
              </w:r>
            </w:hyperlink>
          </w:p>
          <w:p w14:paraId="79BAFC7F" w14:textId="65B5EF97" w:rsidR="005912E8" w:rsidRPr="005912E8" w:rsidRDefault="005912E8">
            <w:pPr>
              <w:rPr>
                <w:rFonts w:asciiTheme="majorHAnsi" w:hAnsiTheme="majorHAnsi" w:cstheme="majorHAnsi"/>
              </w:rPr>
            </w:pPr>
          </w:p>
        </w:tc>
      </w:tr>
    </w:tbl>
    <w:p w14:paraId="776A9AB7" w14:textId="05349BD3" w:rsidR="00563D6B" w:rsidRPr="00E27E09" w:rsidRDefault="00CD1E95">
      <w:pPr>
        <w:pBdr>
          <w:bottom w:val="single" w:sz="6" w:space="1" w:color="000000"/>
        </w:pBdr>
        <w:rPr>
          <w:b/>
          <w:color w:val="1F497D" w:themeColor="text2"/>
        </w:rPr>
      </w:pPr>
      <w:r w:rsidRPr="00E27E09">
        <w:rPr>
          <w:noProof/>
          <w:color w:val="1F497D" w:themeColor="text2"/>
        </w:rPr>
        <w:drawing>
          <wp:anchor distT="0" distB="0" distL="114300" distR="114300" simplePos="0" relativeHeight="251658752" behindDoc="0" locked="0" layoutInCell="1" allowOverlap="1" wp14:anchorId="1504F20B" wp14:editId="3A1DF149">
            <wp:simplePos x="0" y="0"/>
            <wp:positionH relativeFrom="column">
              <wp:posOffset>-152400</wp:posOffset>
            </wp:positionH>
            <wp:positionV relativeFrom="paragraph">
              <wp:posOffset>-2022475</wp:posOffset>
            </wp:positionV>
            <wp:extent cx="922655" cy="1362075"/>
            <wp:effectExtent l="0" t="0" r="0" b="9525"/>
            <wp:wrapSquare wrapText="bothSides"/>
            <wp:docPr id="131594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41156" name="Picture 1315941156"/>
                    <pic:cNvPicPr/>
                  </pic:nvPicPr>
                  <pic:blipFill>
                    <a:blip r:embed="rId7"/>
                    <a:stretch>
                      <a:fillRect/>
                    </a:stretch>
                  </pic:blipFill>
                  <pic:spPr>
                    <a:xfrm>
                      <a:off x="0" y="0"/>
                      <a:ext cx="922655" cy="1362075"/>
                    </a:xfrm>
                    <a:prstGeom prst="rect">
                      <a:avLst/>
                    </a:prstGeom>
                  </pic:spPr>
                </pic:pic>
              </a:graphicData>
            </a:graphic>
            <wp14:sizeRelH relativeFrom="margin">
              <wp14:pctWidth>0</wp14:pctWidth>
            </wp14:sizeRelH>
            <wp14:sizeRelV relativeFrom="margin">
              <wp14:pctHeight>0</wp14:pctHeight>
            </wp14:sizeRelV>
          </wp:anchor>
        </w:drawing>
      </w:r>
      <w:r w:rsidRPr="00E27E09">
        <w:rPr>
          <w:b/>
          <w:color w:val="1F497D" w:themeColor="text2"/>
        </w:rPr>
        <w:t>SUMMARY</w:t>
      </w:r>
    </w:p>
    <w:p w14:paraId="6B966710" w14:textId="77777777" w:rsidR="00CD1E95" w:rsidRDefault="00CD1E95" w:rsidP="00E27E09">
      <w:pPr>
        <w:widowControl w:val="0"/>
        <w:pBdr>
          <w:top w:val="nil"/>
          <w:left w:val="nil"/>
          <w:bottom w:val="nil"/>
          <w:right w:val="nil"/>
          <w:between w:val="nil"/>
        </w:pBdr>
        <w:spacing w:after="0" w:line="240" w:lineRule="auto"/>
        <w:rPr>
          <w:sz w:val="20"/>
          <w:szCs w:val="20"/>
        </w:rPr>
      </w:pPr>
    </w:p>
    <w:p w14:paraId="13A56871" w14:textId="77777777" w:rsidR="00CD1E95" w:rsidRPr="00E27E09" w:rsidRDefault="00CD1E95" w:rsidP="00CD1E95">
      <w:pPr>
        <w:pBdr>
          <w:bottom w:val="single" w:sz="6" w:space="1" w:color="000000"/>
        </w:pBdr>
        <w:rPr>
          <w:rFonts w:ascii="Lato" w:hAnsi="Lato"/>
          <w:sz w:val="20"/>
          <w:szCs w:val="20"/>
        </w:rPr>
      </w:pPr>
      <w:r w:rsidRPr="00E27E09">
        <w:rPr>
          <w:rFonts w:ascii="Lato" w:hAnsi="Lato"/>
          <w:sz w:val="20"/>
          <w:szCs w:val="20"/>
        </w:rPr>
        <w:t>Results-driven Sales Professional with hands-on experience in retail sales and customer service. Strong ability to engage customers from diverse cultural backgrounds, promote products effectively, and consistently achieve sales targets. Known for professionalism, reliability, and adaptability in fast-paced work environments.</w:t>
      </w:r>
    </w:p>
    <w:p w14:paraId="51779D08" w14:textId="32161160" w:rsidR="00563D6B" w:rsidRPr="00E27E09" w:rsidRDefault="00000000" w:rsidP="00CD1E95">
      <w:pPr>
        <w:pBdr>
          <w:bottom w:val="single" w:sz="6" w:space="1" w:color="000000"/>
        </w:pBdr>
        <w:rPr>
          <w:color w:val="1F497D" w:themeColor="text2"/>
        </w:rPr>
      </w:pPr>
      <w:r w:rsidRPr="00E27E09">
        <w:rPr>
          <w:rFonts w:ascii="Lato" w:hAnsi="Lato"/>
          <w:b/>
          <w:color w:val="1F497D" w:themeColor="text2"/>
          <w:sz w:val="20"/>
          <w:szCs w:val="20"/>
        </w:rPr>
        <w:br/>
      </w:r>
      <w:r w:rsidRPr="00E27E09">
        <w:rPr>
          <w:b/>
          <w:color w:val="1F497D" w:themeColor="text2"/>
        </w:rPr>
        <w:t>WORK EXPERIENCE</w:t>
      </w:r>
    </w:p>
    <w:p w14:paraId="74D0281A" w14:textId="5F50A418" w:rsidR="00563D6B" w:rsidRPr="00E27E09" w:rsidRDefault="000E44CA">
      <w:pPr>
        <w:rPr>
          <w:rFonts w:ascii="Lato" w:hAnsi="Lato"/>
          <w:sz w:val="20"/>
          <w:szCs w:val="20"/>
        </w:rPr>
      </w:pPr>
      <w:r w:rsidRPr="00E27E09">
        <w:rPr>
          <w:rFonts w:ascii="Lato" w:hAnsi="Lato"/>
          <w:b/>
          <w:bCs/>
          <w:sz w:val="20"/>
          <w:szCs w:val="20"/>
        </w:rPr>
        <w:t>TUTTO SPORT</w:t>
      </w:r>
      <w:r w:rsidR="00BD2AA2">
        <w:rPr>
          <w:rFonts w:ascii="Lato" w:hAnsi="Lato"/>
          <w:b/>
          <w:bCs/>
          <w:sz w:val="20"/>
          <w:szCs w:val="20"/>
        </w:rPr>
        <w:t>/</w:t>
      </w:r>
      <w:r w:rsidRPr="00E27E09">
        <w:rPr>
          <w:rFonts w:ascii="Lato" w:hAnsi="Lato"/>
          <w:sz w:val="20"/>
          <w:szCs w:val="20"/>
        </w:rPr>
        <w:t xml:space="preserve"> </w:t>
      </w:r>
      <w:r w:rsidRPr="0014560B">
        <w:rPr>
          <w:rFonts w:ascii="Lato" w:hAnsi="Lato"/>
          <w:b/>
          <w:bCs/>
          <w:sz w:val="20"/>
          <w:szCs w:val="20"/>
        </w:rPr>
        <w:t xml:space="preserve">Sales Assistant                                                                 </w:t>
      </w:r>
      <w:r w:rsidR="0014560B">
        <w:rPr>
          <w:rFonts w:ascii="Lato" w:hAnsi="Lato"/>
          <w:b/>
          <w:bCs/>
          <w:sz w:val="20"/>
          <w:szCs w:val="20"/>
        </w:rPr>
        <w:t xml:space="preserve">        </w:t>
      </w:r>
      <w:r w:rsidRPr="0014560B">
        <w:rPr>
          <w:rFonts w:ascii="Lato" w:hAnsi="Lato"/>
          <w:sz w:val="20"/>
          <w:szCs w:val="20"/>
        </w:rPr>
        <w:t xml:space="preserve">    </w:t>
      </w:r>
      <w:r w:rsidRPr="00E27E09">
        <w:rPr>
          <w:rFonts w:ascii="Lato" w:hAnsi="Lato"/>
          <w:sz w:val="20"/>
          <w:szCs w:val="20"/>
        </w:rPr>
        <w:t>Aug 2023 – June 2025</w:t>
      </w:r>
    </w:p>
    <w:p w14:paraId="758CAF09" w14:textId="73FE42A9" w:rsidR="00BD2AA2" w:rsidRPr="00BD2AA2" w:rsidRDefault="00B57DB4" w:rsidP="00BD2AA2">
      <w:pPr>
        <w:pStyle w:val="ListParagraph"/>
        <w:numPr>
          <w:ilvl w:val="0"/>
          <w:numId w:val="12"/>
        </w:numPr>
        <w:spacing w:before="120" w:after="0"/>
        <w:rPr>
          <w:rFonts w:asciiTheme="majorHAnsi" w:hAnsiTheme="majorHAnsi" w:cstheme="majorHAnsi"/>
          <w:sz w:val="20"/>
          <w:szCs w:val="20"/>
        </w:rPr>
      </w:pPr>
      <w:r w:rsidRPr="00BD2AA2">
        <w:rPr>
          <w:rFonts w:ascii="Lato" w:hAnsi="Lato" w:cstheme="majorHAnsi"/>
          <w:sz w:val="20"/>
          <w:szCs w:val="20"/>
        </w:rPr>
        <w:t>Welcome the clients with courtesy</w:t>
      </w:r>
    </w:p>
    <w:p w14:paraId="408329CF" w14:textId="77777777" w:rsidR="00BD2AA2" w:rsidRPr="00BD2AA2" w:rsidRDefault="00BD2AA2" w:rsidP="00BD2AA2">
      <w:pPr>
        <w:pStyle w:val="ListParagraph"/>
        <w:numPr>
          <w:ilvl w:val="0"/>
          <w:numId w:val="12"/>
        </w:numPr>
        <w:spacing w:before="120" w:after="0"/>
        <w:rPr>
          <w:rFonts w:ascii="Lato" w:hAnsi="Lato" w:cstheme="majorHAnsi"/>
          <w:sz w:val="20"/>
          <w:szCs w:val="20"/>
        </w:rPr>
      </w:pPr>
      <w:r w:rsidRPr="00BD2AA2">
        <w:rPr>
          <w:rFonts w:ascii="Lato" w:hAnsi="Lato" w:cstheme="majorHAnsi"/>
          <w:sz w:val="20"/>
          <w:szCs w:val="20"/>
        </w:rPr>
        <w:t>Identify their needs (sport, size, budget, brand)</w:t>
      </w:r>
    </w:p>
    <w:p w14:paraId="709F525F" w14:textId="36F9905D" w:rsidR="00563D6B" w:rsidRDefault="00BD2AA2" w:rsidP="00BD2AA2">
      <w:pPr>
        <w:pStyle w:val="ListParagraph"/>
        <w:numPr>
          <w:ilvl w:val="0"/>
          <w:numId w:val="12"/>
        </w:numPr>
        <w:spacing w:before="120" w:after="0"/>
        <w:rPr>
          <w:rFonts w:ascii="Lato" w:hAnsi="Lato" w:cstheme="majorHAnsi"/>
          <w:sz w:val="20"/>
          <w:szCs w:val="20"/>
        </w:rPr>
      </w:pPr>
      <w:r w:rsidRPr="00BD2AA2">
        <w:rPr>
          <w:rFonts w:ascii="Lato" w:hAnsi="Lato" w:cstheme="majorHAnsi"/>
          <w:sz w:val="20"/>
          <w:szCs w:val="20"/>
        </w:rPr>
        <w:t>Advisor on products (shoes, clothing, accessories)</w:t>
      </w:r>
    </w:p>
    <w:p w14:paraId="4570F263" w14:textId="77777777" w:rsidR="00BD2AA2" w:rsidRDefault="00BD2AA2" w:rsidP="00BD2AA2">
      <w:pPr>
        <w:spacing w:before="120" w:after="0"/>
        <w:rPr>
          <w:rFonts w:ascii="Lato" w:hAnsi="Lato" w:cstheme="majorHAnsi"/>
          <w:sz w:val="20"/>
          <w:szCs w:val="20"/>
        </w:rPr>
      </w:pPr>
    </w:p>
    <w:p w14:paraId="6F28C392" w14:textId="5C90FFCF" w:rsidR="00A96859" w:rsidRDefault="00BD2AA2" w:rsidP="00A96859">
      <w:pPr>
        <w:spacing w:before="120" w:after="0"/>
        <w:rPr>
          <w:rFonts w:ascii="Lato" w:hAnsi="Lato" w:cstheme="majorHAnsi"/>
          <w:sz w:val="20"/>
          <w:szCs w:val="20"/>
          <w:lang w:val="fr-FR"/>
        </w:rPr>
      </w:pPr>
      <w:r w:rsidRPr="00500B7D">
        <w:rPr>
          <w:rFonts w:ascii="Lato" w:hAnsi="Lato" w:cstheme="majorHAnsi"/>
          <w:b/>
          <w:bCs/>
          <w:sz w:val="20"/>
          <w:szCs w:val="20"/>
          <w:lang w:val="fr-FR"/>
        </w:rPr>
        <w:t>GasAuto Ayadi</w:t>
      </w:r>
      <w:r w:rsidR="00500B7D" w:rsidRPr="00500B7D">
        <w:rPr>
          <w:rFonts w:ascii="Lato" w:hAnsi="Lato" w:cstheme="majorHAnsi"/>
          <w:b/>
          <w:bCs/>
          <w:sz w:val="20"/>
          <w:szCs w:val="20"/>
          <w:lang w:val="fr-FR"/>
        </w:rPr>
        <w:t xml:space="preserve"> / Automotive technician                                                            </w:t>
      </w:r>
      <w:r w:rsidR="00227CCA">
        <w:rPr>
          <w:rFonts w:ascii="Lato" w:hAnsi="Lato" w:cstheme="majorHAnsi"/>
          <w:b/>
          <w:bCs/>
          <w:sz w:val="20"/>
          <w:szCs w:val="20"/>
          <w:lang w:val="fr-FR"/>
        </w:rPr>
        <w:t xml:space="preserve">  </w:t>
      </w:r>
      <w:r w:rsidR="00500B7D" w:rsidRPr="00227CCA">
        <w:rPr>
          <w:rFonts w:ascii="Lato" w:hAnsi="Lato" w:cstheme="majorHAnsi"/>
          <w:sz w:val="20"/>
          <w:szCs w:val="20"/>
          <w:lang w:val="fr-FR"/>
        </w:rPr>
        <w:t xml:space="preserve">Mars 2019 </w:t>
      </w:r>
      <w:r w:rsidR="00227CCA" w:rsidRPr="00227CCA">
        <w:rPr>
          <w:rFonts w:ascii="Lato" w:hAnsi="Lato" w:cstheme="majorHAnsi"/>
          <w:sz w:val="20"/>
          <w:szCs w:val="20"/>
          <w:lang w:val="fr-FR"/>
        </w:rPr>
        <w:t>–</w:t>
      </w:r>
      <w:r w:rsidR="00500B7D" w:rsidRPr="00227CCA">
        <w:rPr>
          <w:rFonts w:ascii="Lato" w:hAnsi="Lato" w:cstheme="majorHAnsi"/>
          <w:sz w:val="20"/>
          <w:szCs w:val="20"/>
          <w:lang w:val="fr-FR"/>
        </w:rPr>
        <w:t xml:space="preserve"> </w:t>
      </w:r>
      <w:r w:rsidR="00227CCA" w:rsidRPr="00227CCA">
        <w:rPr>
          <w:rFonts w:ascii="Lato" w:hAnsi="Lato" w:cstheme="majorHAnsi"/>
          <w:sz w:val="20"/>
          <w:szCs w:val="20"/>
          <w:lang w:val="fr-FR"/>
        </w:rPr>
        <w:t>July 2023</w:t>
      </w:r>
    </w:p>
    <w:p w14:paraId="6B142DAC" w14:textId="464D6081" w:rsidR="00227CCA" w:rsidRPr="00227CCA" w:rsidRDefault="00227CCA" w:rsidP="00227CCA">
      <w:pPr>
        <w:pStyle w:val="ListParagraph"/>
        <w:numPr>
          <w:ilvl w:val="0"/>
          <w:numId w:val="14"/>
        </w:numPr>
        <w:spacing w:before="120" w:after="0"/>
        <w:rPr>
          <w:rFonts w:ascii="Lato" w:hAnsi="Lato" w:cstheme="majorHAnsi"/>
          <w:b/>
          <w:bCs/>
          <w:sz w:val="20"/>
          <w:szCs w:val="20"/>
          <w:lang w:val="fr-FR"/>
        </w:rPr>
      </w:pPr>
      <w:r w:rsidRPr="00227CCA">
        <w:rPr>
          <w:rFonts w:ascii="Lato" w:hAnsi="Lato"/>
          <w:sz w:val="20"/>
          <w:szCs w:val="20"/>
        </w:rPr>
        <w:t>Identify engine failures, ABS, airbag, transmission</w:t>
      </w:r>
    </w:p>
    <w:p w14:paraId="67CFB9C7" w14:textId="1EB892C7" w:rsidR="00227CCA" w:rsidRPr="00A96859" w:rsidRDefault="00227CCA" w:rsidP="00227CCA">
      <w:pPr>
        <w:pStyle w:val="ListParagraph"/>
        <w:numPr>
          <w:ilvl w:val="0"/>
          <w:numId w:val="14"/>
        </w:numPr>
        <w:spacing w:before="120" w:after="0"/>
        <w:rPr>
          <w:rFonts w:ascii="Lato" w:hAnsi="Lato"/>
          <w:sz w:val="20"/>
          <w:szCs w:val="20"/>
        </w:rPr>
      </w:pPr>
      <w:r w:rsidRPr="00A96859">
        <w:rPr>
          <w:rFonts w:ascii="Lato" w:hAnsi="Lato" w:cstheme="majorHAnsi"/>
          <w:sz w:val="20"/>
          <w:szCs w:val="20"/>
        </w:rPr>
        <w:t>Electronic vehicle diagnostics using computer</w:t>
      </w:r>
      <w:bookmarkStart w:id="0" w:name="_aoj1792hs637" w:colFirst="0" w:colLast="0"/>
      <w:bookmarkEnd w:id="0"/>
    </w:p>
    <w:p w14:paraId="2B27FA21" w14:textId="77777777" w:rsidR="00563D6B" w:rsidRDefault="00000000" w:rsidP="00227CCA">
      <w:pPr>
        <w:pBdr>
          <w:bottom w:val="single" w:sz="6" w:space="1" w:color="000000"/>
        </w:pBdr>
      </w:pPr>
      <w:r w:rsidRPr="00227CCA">
        <w:rPr>
          <w:b/>
          <w:lang w:val="fr-FR"/>
        </w:rPr>
        <w:br/>
      </w:r>
      <w:r w:rsidRPr="009D7053">
        <w:rPr>
          <w:b/>
          <w:color w:val="1F497D" w:themeColor="text2"/>
        </w:rPr>
        <w:t>EDUCATION</w:t>
      </w:r>
    </w:p>
    <w:p w14:paraId="304E991E" w14:textId="1EDC3A31" w:rsidR="009D7053" w:rsidRPr="009D7053" w:rsidRDefault="009D7053" w:rsidP="009D7053">
      <w:pPr>
        <w:pStyle w:val="Heading2"/>
        <w:keepNext w:val="0"/>
        <w:keepLines w:val="0"/>
        <w:widowControl w:val="0"/>
        <w:pBdr>
          <w:top w:val="nil"/>
          <w:left w:val="nil"/>
          <w:bottom w:val="nil"/>
          <w:right w:val="nil"/>
          <w:between w:val="nil"/>
        </w:pBdr>
        <w:rPr>
          <w:rFonts w:ascii="Lato" w:hAnsi="Lato"/>
          <w:b w:val="0"/>
          <w:bCs w:val="0"/>
          <w:color w:val="auto"/>
          <w:sz w:val="20"/>
          <w:szCs w:val="20"/>
        </w:rPr>
      </w:pPr>
      <w:r w:rsidRPr="009D7053">
        <w:rPr>
          <w:rFonts w:ascii="Lato" w:hAnsi="Lato"/>
          <w:color w:val="auto"/>
          <w:sz w:val="20"/>
          <w:szCs w:val="20"/>
        </w:rPr>
        <w:t>IPSET - Institut</w:t>
      </w:r>
      <w:r w:rsidRPr="009D7053">
        <w:rPr>
          <w:rFonts w:ascii="Lato" w:hAnsi="Lato"/>
          <w:color w:val="auto"/>
          <w:spacing w:val="-15"/>
          <w:sz w:val="20"/>
          <w:szCs w:val="20"/>
        </w:rPr>
        <w:t xml:space="preserve"> </w:t>
      </w:r>
      <w:bookmarkStart w:id="1" w:name="_Hlk219455883"/>
      <w:r w:rsidRPr="009D7053">
        <w:rPr>
          <w:rFonts w:ascii="Lato" w:hAnsi="Lato"/>
          <w:color w:val="auto"/>
          <w:spacing w:val="-2"/>
          <w:sz w:val="20"/>
          <w:szCs w:val="20"/>
        </w:rPr>
        <w:t>Pilote of Economic Sciences and Technology</w:t>
      </w:r>
      <w:bookmarkEnd w:id="1"/>
      <w:r w:rsidRPr="009D7053">
        <w:rPr>
          <w:rFonts w:ascii="Lato" w:hAnsi="Lato"/>
          <w:color w:val="auto"/>
          <w:sz w:val="20"/>
          <w:szCs w:val="20"/>
        </w:rPr>
        <w:t xml:space="preserve"> </w:t>
      </w:r>
      <w:r>
        <w:rPr>
          <w:rFonts w:ascii="Lato" w:hAnsi="Lato"/>
          <w:color w:val="auto"/>
          <w:sz w:val="20"/>
          <w:szCs w:val="20"/>
        </w:rPr>
        <w:t xml:space="preserve">                              </w:t>
      </w:r>
      <w:r w:rsidRPr="009D7053">
        <w:rPr>
          <w:rFonts w:ascii="Lato" w:hAnsi="Lato"/>
          <w:b w:val="0"/>
          <w:bCs w:val="0"/>
          <w:color w:val="auto"/>
          <w:sz w:val="20"/>
          <w:szCs w:val="20"/>
        </w:rPr>
        <w:t>Oct 2018 – Jan 2021</w:t>
      </w:r>
    </w:p>
    <w:p w14:paraId="04BCA773" w14:textId="77777777" w:rsidR="009D7053" w:rsidRDefault="009D7053" w:rsidP="009D7053">
      <w:pPr>
        <w:widowControl w:val="0"/>
        <w:pBdr>
          <w:top w:val="nil"/>
          <w:left w:val="nil"/>
          <w:bottom w:val="nil"/>
          <w:right w:val="nil"/>
          <w:between w:val="nil"/>
        </w:pBdr>
        <w:spacing w:before="100"/>
        <w:rPr>
          <w:rFonts w:ascii="Lato" w:hAnsi="Lato"/>
          <w:sz w:val="20"/>
          <w:szCs w:val="20"/>
        </w:rPr>
      </w:pPr>
      <w:r w:rsidRPr="009D7053">
        <w:rPr>
          <w:rFonts w:ascii="Lato" w:hAnsi="Lato"/>
          <w:sz w:val="20"/>
          <w:szCs w:val="20"/>
        </w:rPr>
        <w:t>Diploma in IT Management Support</w:t>
      </w:r>
    </w:p>
    <w:p w14:paraId="37D4AD5C" w14:textId="76D99ABC" w:rsidR="009D7053" w:rsidRDefault="009D7053" w:rsidP="009D7053">
      <w:pPr>
        <w:pStyle w:val="Heading2"/>
        <w:keepNext w:val="0"/>
        <w:keepLines w:val="0"/>
        <w:widowControl w:val="0"/>
        <w:pBdr>
          <w:top w:val="nil"/>
          <w:left w:val="nil"/>
          <w:bottom w:val="nil"/>
          <w:right w:val="nil"/>
          <w:between w:val="nil"/>
        </w:pBdr>
        <w:spacing w:before="320" w:line="240" w:lineRule="auto"/>
        <w:rPr>
          <w:rFonts w:ascii="Lato" w:hAnsi="Lato"/>
          <w:b w:val="0"/>
          <w:bCs w:val="0"/>
          <w:color w:val="auto"/>
          <w:sz w:val="20"/>
          <w:szCs w:val="20"/>
        </w:rPr>
      </w:pPr>
      <w:r w:rsidRPr="009D7053">
        <w:rPr>
          <w:rFonts w:ascii="Lato" w:hAnsi="Lato"/>
          <w:color w:val="auto"/>
          <w:sz w:val="20"/>
          <w:szCs w:val="20"/>
        </w:rPr>
        <w:t xml:space="preserve">Baccalaureate in Economics and Management </w:t>
      </w:r>
      <w:r>
        <w:rPr>
          <w:rFonts w:ascii="Lato" w:hAnsi="Lato"/>
          <w:color w:val="auto"/>
          <w:sz w:val="20"/>
          <w:szCs w:val="20"/>
        </w:rPr>
        <w:t xml:space="preserve">                                                      </w:t>
      </w:r>
      <w:r w:rsidRPr="009D7053">
        <w:rPr>
          <w:rFonts w:ascii="Lato" w:hAnsi="Lato"/>
          <w:b w:val="0"/>
          <w:bCs w:val="0"/>
          <w:color w:val="auto"/>
          <w:sz w:val="20"/>
          <w:szCs w:val="20"/>
        </w:rPr>
        <w:t>Sep 2018</w:t>
      </w:r>
    </w:p>
    <w:p w14:paraId="52527694" w14:textId="77777777" w:rsidR="009D7053" w:rsidRDefault="009D7053" w:rsidP="009D7053"/>
    <w:p w14:paraId="09867FFD" w14:textId="15331036" w:rsidR="009D7053" w:rsidRDefault="009D7053" w:rsidP="009D7053">
      <w:pPr>
        <w:widowControl w:val="0"/>
        <w:pBdr>
          <w:top w:val="nil"/>
          <w:left w:val="nil"/>
          <w:bottom w:val="nil"/>
          <w:right w:val="nil"/>
          <w:between w:val="nil"/>
        </w:pBdr>
        <w:spacing w:before="100"/>
        <w:rPr>
          <w:rFonts w:ascii="Lato" w:hAnsi="Lato"/>
          <w:bCs/>
          <w:sz w:val="20"/>
          <w:szCs w:val="20"/>
        </w:rPr>
      </w:pPr>
      <w:r w:rsidRPr="009D7053">
        <w:rPr>
          <w:rFonts w:ascii="Lato" w:hAnsi="Lato"/>
          <w:b/>
          <w:sz w:val="20"/>
          <w:szCs w:val="20"/>
        </w:rPr>
        <w:t>ALL PRINT CHAHMI / Intern</w:t>
      </w:r>
      <w:r>
        <w:rPr>
          <w:rFonts w:ascii="Lato" w:hAnsi="Lato"/>
          <w:b/>
          <w:sz w:val="20"/>
          <w:szCs w:val="20"/>
        </w:rPr>
        <w:t xml:space="preserve">                                                                                     </w:t>
      </w:r>
      <w:r w:rsidRPr="009D7053">
        <w:rPr>
          <w:rFonts w:ascii="Lato" w:hAnsi="Lato"/>
          <w:bCs/>
          <w:sz w:val="20"/>
          <w:szCs w:val="20"/>
        </w:rPr>
        <w:t>Sep 2020 – Oct 2020</w:t>
      </w:r>
    </w:p>
    <w:p w14:paraId="3AC0DED4" w14:textId="77777777" w:rsidR="009D7053" w:rsidRPr="009D7053" w:rsidRDefault="009D7053" w:rsidP="009D7053">
      <w:pPr>
        <w:pStyle w:val="TableParagraph"/>
        <w:numPr>
          <w:ilvl w:val="0"/>
          <w:numId w:val="16"/>
        </w:numPr>
        <w:spacing w:before="11"/>
        <w:rPr>
          <w:rFonts w:ascii="Lato" w:hAnsi="Lato"/>
          <w:sz w:val="20"/>
          <w:szCs w:val="20"/>
          <w:lang w:val="en-US"/>
        </w:rPr>
      </w:pPr>
      <w:bookmarkStart w:id="2" w:name="_Hlk219455657"/>
      <w:r w:rsidRPr="009D7053">
        <w:rPr>
          <w:rFonts w:ascii="Lato" w:hAnsi="Lato"/>
          <w:sz w:val="20"/>
          <w:szCs w:val="20"/>
          <w:lang w:val="en-US"/>
        </w:rPr>
        <w:t>Sheet to sheet printing</w:t>
      </w:r>
    </w:p>
    <w:bookmarkEnd w:id="2"/>
    <w:p w14:paraId="52B59637" w14:textId="2514C173" w:rsidR="009D7053" w:rsidRDefault="009D7053" w:rsidP="00F65B8C">
      <w:pPr>
        <w:pStyle w:val="ListParagraph"/>
        <w:widowControl w:val="0"/>
        <w:numPr>
          <w:ilvl w:val="0"/>
          <w:numId w:val="16"/>
        </w:numPr>
        <w:pBdr>
          <w:top w:val="nil"/>
          <w:left w:val="nil"/>
          <w:bottom w:val="nil"/>
          <w:right w:val="nil"/>
          <w:between w:val="nil"/>
        </w:pBdr>
        <w:spacing w:before="100" w:after="0"/>
        <w:rPr>
          <w:rFonts w:ascii="Lato" w:hAnsi="Lato" w:cstheme="majorHAnsi"/>
          <w:sz w:val="20"/>
          <w:szCs w:val="20"/>
        </w:rPr>
      </w:pPr>
      <w:r w:rsidRPr="00F65B8C">
        <w:rPr>
          <w:rFonts w:ascii="Lato" w:hAnsi="Lato" w:cstheme="majorHAnsi"/>
          <w:sz w:val="20"/>
          <w:szCs w:val="20"/>
        </w:rPr>
        <w:t>Manage the tasks</w:t>
      </w:r>
    </w:p>
    <w:p w14:paraId="0C4ABF6F" w14:textId="77777777" w:rsidR="00F65B8C" w:rsidRDefault="00F65B8C" w:rsidP="00F65B8C">
      <w:pPr>
        <w:widowControl w:val="0"/>
        <w:pBdr>
          <w:top w:val="nil"/>
          <w:left w:val="nil"/>
          <w:bottom w:val="nil"/>
          <w:right w:val="nil"/>
          <w:between w:val="nil"/>
        </w:pBdr>
        <w:spacing w:before="100"/>
        <w:ind w:left="105"/>
        <w:rPr>
          <w:rFonts w:ascii="Lato" w:hAnsi="Lato"/>
          <w:b/>
          <w:spacing w:val="-2"/>
          <w:sz w:val="20"/>
          <w:szCs w:val="20"/>
        </w:rPr>
      </w:pPr>
    </w:p>
    <w:p w14:paraId="5562E757" w14:textId="59C32C4E" w:rsidR="00F65B8C" w:rsidRDefault="00F65B8C" w:rsidP="00F65B8C">
      <w:pPr>
        <w:widowControl w:val="0"/>
        <w:pBdr>
          <w:top w:val="nil"/>
          <w:left w:val="nil"/>
          <w:bottom w:val="nil"/>
          <w:right w:val="nil"/>
          <w:between w:val="nil"/>
        </w:pBdr>
        <w:spacing w:before="100"/>
        <w:ind w:left="105"/>
        <w:rPr>
          <w:rFonts w:ascii="Lato" w:hAnsi="Lato"/>
          <w:sz w:val="20"/>
          <w:szCs w:val="20"/>
        </w:rPr>
      </w:pPr>
      <w:r w:rsidRPr="00F65B8C">
        <w:rPr>
          <w:rFonts w:ascii="Lato" w:hAnsi="Lato"/>
          <w:b/>
          <w:spacing w:val="-2"/>
          <w:sz w:val="20"/>
          <w:szCs w:val="20"/>
        </w:rPr>
        <w:lastRenderedPageBreak/>
        <w:t xml:space="preserve">Tunisian Post </w:t>
      </w:r>
      <w:r w:rsidRPr="00F65B8C">
        <w:rPr>
          <w:rFonts w:ascii="Lato" w:hAnsi="Lato"/>
          <w:sz w:val="20"/>
          <w:szCs w:val="20"/>
        </w:rPr>
        <w:t xml:space="preserve">/ </w:t>
      </w:r>
      <w:r w:rsidRPr="00F65B8C">
        <w:rPr>
          <w:rFonts w:ascii="Lato" w:hAnsi="Lato"/>
          <w:b/>
          <w:bCs/>
          <w:sz w:val="20"/>
          <w:szCs w:val="20"/>
        </w:rPr>
        <w:t>Intern</w:t>
      </w:r>
      <w:r>
        <w:rPr>
          <w:rFonts w:ascii="Lato" w:hAnsi="Lato"/>
          <w:b/>
          <w:bCs/>
          <w:sz w:val="20"/>
          <w:szCs w:val="20"/>
        </w:rPr>
        <w:t xml:space="preserve">                                                                                                </w:t>
      </w:r>
      <w:r w:rsidRPr="00F65B8C">
        <w:rPr>
          <w:rFonts w:ascii="Lato" w:hAnsi="Lato"/>
          <w:sz w:val="20"/>
          <w:szCs w:val="20"/>
        </w:rPr>
        <w:t>Aug 2019 – Sep 2019</w:t>
      </w:r>
    </w:p>
    <w:p w14:paraId="22E7A1C8" w14:textId="77777777" w:rsidR="00F65B8C" w:rsidRPr="00F65B8C" w:rsidRDefault="00F65B8C" w:rsidP="00F65B8C">
      <w:pPr>
        <w:pStyle w:val="ListParagraph"/>
        <w:widowControl w:val="0"/>
        <w:numPr>
          <w:ilvl w:val="0"/>
          <w:numId w:val="17"/>
        </w:numPr>
        <w:pBdr>
          <w:top w:val="nil"/>
          <w:left w:val="nil"/>
          <w:bottom w:val="nil"/>
          <w:right w:val="nil"/>
          <w:between w:val="nil"/>
        </w:pBdr>
        <w:spacing w:before="100" w:after="0"/>
        <w:rPr>
          <w:rFonts w:ascii="Lato" w:hAnsi="Lato" w:cstheme="majorHAnsi"/>
          <w:sz w:val="20"/>
          <w:szCs w:val="20"/>
        </w:rPr>
      </w:pPr>
      <w:r w:rsidRPr="00F65B8C">
        <w:rPr>
          <w:rFonts w:ascii="Lato" w:hAnsi="Lato" w:cstheme="majorHAnsi"/>
          <w:sz w:val="20"/>
          <w:szCs w:val="20"/>
        </w:rPr>
        <w:t>Manage all the mandates</w:t>
      </w:r>
    </w:p>
    <w:p w14:paraId="190BFDA1" w14:textId="681E46B2" w:rsidR="009D7053" w:rsidRPr="005E741F" w:rsidRDefault="00F65B8C" w:rsidP="009D7053">
      <w:pPr>
        <w:pStyle w:val="ListParagraph"/>
        <w:widowControl w:val="0"/>
        <w:numPr>
          <w:ilvl w:val="0"/>
          <w:numId w:val="17"/>
        </w:numPr>
        <w:pBdr>
          <w:top w:val="nil"/>
          <w:left w:val="nil"/>
          <w:bottom w:val="nil"/>
          <w:right w:val="nil"/>
          <w:between w:val="nil"/>
        </w:pBdr>
        <w:spacing w:before="100" w:after="0"/>
        <w:rPr>
          <w:rFonts w:ascii="Lato" w:hAnsi="Lato" w:cstheme="majorHAnsi"/>
          <w:sz w:val="20"/>
          <w:szCs w:val="20"/>
        </w:rPr>
      </w:pPr>
      <w:r w:rsidRPr="00F65B8C">
        <w:rPr>
          <w:rFonts w:ascii="Lato" w:hAnsi="Lato" w:cstheme="majorHAnsi"/>
          <w:sz w:val="20"/>
          <w:szCs w:val="20"/>
        </w:rPr>
        <w:t>Assisted with daily operational tasks</w:t>
      </w:r>
    </w:p>
    <w:p w14:paraId="10873E31" w14:textId="77777777" w:rsidR="005E741F" w:rsidRDefault="00000000" w:rsidP="005E741F">
      <w:pPr>
        <w:pBdr>
          <w:bottom w:val="single" w:sz="6" w:space="1" w:color="000000"/>
        </w:pBdr>
      </w:pPr>
      <w:r w:rsidRPr="005E741F">
        <w:rPr>
          <w:b/>
          <w:color w:val="1F497D" w:themeColor="text2"/>
        </w:rPr>
        <w:br/>
        <w:t>ADDITIONAL INFORMATION</w:t>
      </w:r>
    </w:p>
    <w:p w14:paraId="019C4FF8" w14:textId="5618C14E" w:rsidR="005E741F" w:rsidRDefault="00000000" w:rsidP="005E741F">
      <w:pPr>
        <w:widowControl w:val="0"/>
        <w:pBdr>
          <w:top w:val="nil"/>
          <w:left w:val="nil"/>
          <w:bottom w:val="nil"/>
          <w:right w:val="nil"/>
          <w:between w:val="nil"/>
        </w:pBdr>
        <w:spacing w:line="240" w:lineRule="auto"/>
        <w:rPr>
          <w:rFonts w:ascii="Lato" w:hAnsi="Lato"/>
          <w:b/>
          <w:bCs/>
          <w:sz w:val="20"/>
          <w:szCs w:val="20"/>
        </w:rPr>
      </w:pPr>
      <w:r w:rsidRPr="005E741F">
        <w:rPr>
          <w:rFonts w:ascii="Lato" w:hAnsi="Lato"/>
          <w:b/>
          <w:bCs/>
          <w:sz w:val="20"/>
          <w:szCs w:val="20"/>
        </w:rPr>
        <w:br/>
      </w:r>
      <w:r w:rsidR="005E741F" w:rsidRPr="005E741F">
        <w:rPr>
          <w:rFonts w:ascii="Lato" w:hAnsi="Lato"/>
          <w:b/>
          <w:bCs/>
          <w:sz w:val="20"/>
          <w:szCs w:val="20"/>
        </w:rPr>
        <w:t xml:space="preserve">English Language Proficiency </w:t>
      </w:r>
    </w:p>
    <w:p w14:paraId="0250F159" w14:textId="77777777" w:rsidR="005E741F" w:rsidRDefault="005E741F" w:rsidP="005E741F">
      <w:pPr>
        <w:widowControl w:val="0"/>
        <w:pBdr>
          <w:top w:val="nil"/>
          <w:left w:val="nil"/>
          <w:bottom w:val="nil"/>
          <w:right w:val="nil"/>
          <w:between w:val="nil"/>
        </w:pBdr>
        <w:spacing w:line="240" w:lineRule="auto"/>
        <w:rPr>
          <w:sz w:val="20"/>
          <w:szCs w:val="20"/>
        </w:rPr>
      </w:pPr>
      <w:r>
        <w:rPr>
          <w:sz w:val="20"/>
          <w:szCs w:val="20"/>
        </w:rPr>
        <w:t>B2 Level (Certified)</w:t>
      </w:r>
    </w:p>
    <w:p w14:paraId="65377753" w14:textId="77777777" w:rsidR="005E741F" w:rsidRPr="005E741F" w:rsidRDefault="005E741F" w:rsidP="005E741F">
      <w:pPr>
        <w:widowControl w:val="0"/>
        <w:pBdr>
          <w:top w:val="nil"/>
          <w:left w:val="nil"/>
          <w:bottom w:val="nil"/>
          <w:right w:val="nil"/>
          <w:between w:val="nil"/>
        </w:pBdr>
        <w:spacing w:line="240" w:lineRule="auto"/>
        <w:rPr>
          <w:rFonts w:ascii="Lato" w:hAnsi="Lato"/>
          <w:b/>
          <w:bCs/>
          <w:sz w:val="20"/>
          <w:szCs w:val="20"/>
        </w:rPr>
      </w:pPr>
      <w:r w:rsidRPr="005E741F">
        <w:rPr>
          <w:rFonts w:ascii="Lato" w:hAnsi="Lato"/>
          <w:b/>
          <w:bCs/>
          <w:sz w:val="20"/>
          <w:szCs w:val="20"/>
        </w:rPr>
        <w:t xml:space="preserve">Valid Driver’s License </w:t>
      </w:r>
    </w:p>
    <w:p w14:paraId="7AD46562" w14:textId="7D114BA8" w:rsidR="00563D6B" w:rsidRPr="004F7347" w:rsidRDefault="005E741F" w:rsidP="004F7347">
      <w:pPr>
        <w:widowControl w:val="0"/>
        <w:pBdr>
          <w:top w:val="nil"/>
          <w:left w:val="nil"/>
          <w:bottom w:val="nil"/>
          <w:right w:val="nil"/>
          <w:between w:val="nil"/>
        </w:pBdr>
        <w:spacing w:line="240" w:lineRule="auto"/>
        <w:rPr>
          <w:sz w:val="20"/>
          <w:szCs w:val="20"/>
        </w:rPr>
      </w:pPr>
      <w:r>
        <w:rPr>
          <w:sz w:val="20"/>
          <w:szCs w:val="20"/>
        </w:rPr>
        <w:t xml:space="preserve">Category B </w:t>
      </w:r>
    </w:p>
    <w:sectPr w:rsidR="00563D6B" w:rsidRPr="004F734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C514E8"/>
    <w:multiLevelType w:val="hybridMultilevel"/>
    <w:tmpl w:val="87321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4E14EB"/>
    <w:multiLevelType w:val="hybridMultilevel"/>
    <w:tmpl w:val="41E8C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5F5391"/>
    <w:multiLevelType w:val="hybridMultilevel"/>
    <w:tmpl w:val="49F81030"/>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2" w15:restartNumberingAfterBreak="0">
    <w:nsid w:val="3B6B26E3"/>
    <w:multiLevelType w:val="hybridMultilevel"/>
    <w:tmpl w:val="09F65CE4"/>
    <w:lvl w:ilvl="0" w:tplc="22B019FE">
      <w:numFmt w:val="bullet"/>
      <w:lvlText w:val="•"/>
      <w:lvlJc w:val="left"/>
      <w:pPr>
        <w:ind w:left="465" w:hanging="360"/>
      </w:pPr>
      <w:rPr>
        <w:rFonts w:ascii="Lato" w:eastAsiaTheme="minorEastAsia" w:hAnsi="La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537213"/>
    <w:multiLevelType w:val="hybridMultilevel"/>
    <w:tmpl w:val="975E9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623B10"/>
    <w:multiLevelType w:val="hybridMultilevel"/>
    <w:tmpl w:val="8B78DBBC"/>
    <w:lvl w:ilvl="0" w:tplc="22B019FE">
      <w:numFmt w:val="bullet"/>
      <w:lvlText w:val="•"/>
      <w:lvlJc w:val="left"/>
      <w:pPr>
        <w:ind w:left="465" w:hanging="360"/>
      </w:pPr>
      <w:rPr>
        <w:rFonts w:ascii="Lato" w:eastAsiaTheme="minorEastAsia" w:hAnsi="Lato" w:cstheme="minorBidi"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15" w15:restartNumberingAfterBreak="0">
    <w:nsid w:val="613C7343"/>
    <w:multiLevelType w:val="hybridMultilevel"/>
    <w:tmpl w:val="5AF0143C"/>
    <w:lvl w:ilvl="0" w:tplc="22B019FE">
      <w:numFmt w:val="bullet"/>
      <w:lvlText w:val="•"/>
      <w:lvlJc w:val="left"/>
      <w:pPr>
        <w:ind w:left="570" w:hanging="360"/>
      </w:pPr>
      <w:rPr>
        <w:rFonts w:ascii="Lato" w:eastAsiaTheme="minorEastAsia" w:hAnsi="Lato" w:cstheme="minorBidi"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6" w15:restartNumberingAfterBreak="0">
    <w:nsid w:val="6EC25ED5"/>
    <w:multiLevelType w:val="hybridMultilevel"/>
    <w:tmpl w:val="B66CF634"/>
    <w:lvl w:ilvl="0" w:tplc="22B019FE">
      <w:numFmt w:val="bullet"/>
      <w:lvlText w:val="•"/>
      <w:lvlJc w:val="left"/>
      <w:pPr>
        <w:ind w:left="465" w:hanging="360"/>
      </w:pPr>
      <w:rPr>
        <w:rFonts w:ascii="Lato" w:eastAsiaTheme="minorEastAsia" w:hAnsi="La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E64CD9"/>
    <w:multiLevelType w:val="hybridMultilevel"/>
    <w:tmpl w:val="EDEE4D82"/>
    <w:lvl w:ilvl="0" w:tplc="22B019FE">
      <w:numFmt w:val="bullet"/>
      <w:lvlText w:val="•"/>
      <w:lvlJc w:val="left"/>
      <w:pPr>
        <w:ind w:left="465" w:hanging="360"/>
      </w:pPr>
      <w:rPr>
        <w:rFonts w:ascii="Lato" w:eastAsiaTheme="minorEastAsia" w:hAnsi="La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58172346">
    <w:abstractNumId w:val="8"/>
  </w:num>
  <w:num w:numId="2" w16cid:durableId="1718237503">
    <w:abstractNumId w:val="6"/>
  </w:num>
  <w:num w:numId="3" w16cid:durableId="1828285202">
    <w:abstractNumId w:val="5"/>
  </w:num>
  <w:num w:numId="4" w16cid:durableId="501089940">
    <w:abstractNumId w:val="4"/>
  </w:num>
  <w:num w:numId="5" w16cid:durableId="1662080921">
    <w:abstractNumId w:val="7"/>
  </w:num>
  <w:num w:numId="6" w16cid:durableId="57286367">
    <w:abstractNumId w:val="3"/>
  </w:num>
  <w:num w:numId="7" w16cid:durableId="1361932114">
    <w:abstractNumId w:val="2"/>
  </w:num>
  <w:num w:numId="8" w16cid:durableId="1997371233">
    <w:abstractNumId w:val="1"/>
  </w:num>
  <w:num w:numId="9" w16cid:durableId="2081634740">
    <w:abstractNumId w:val="0"/>
  </w:num>
  <w:num w:numId="10" w16cid:durableId="1329946290">
    <w:abstractNumId w:val="10"/>
  </w:num>
  <w:num w:numId="11" w16cid:durableId="360477888">
    <w:abstractNumId w:val="11"/>
  </w:num>
  <w:num w:numId="12" w16cid:durableId="927351665">
    <w:abstractNumId w:val="14"/>
  </w:num>
  <w:num w:numId="13" w16cid:durableId="1502546556">
    <w:abstractNumId w:val="17"/>
  </w:num>
  <w:num w:numId="14" w16cid:durableId="17238674">
    <w:abstractNumId w:val="12"/>
  </w:num>
  <w:num w:numId="15" w16cid:durableId="1575504748">
    <w:abstractNumId w:val="13"/>
  </w:num>
  <w:num w:numId="16" w16cid:durableId="1309089953">
    <w:abstractNumId w:val="16"/>
  </w:num>
  <w:num w:numId="17" w16cid:durableId="1103375738">
    <w:abstractNumId w:val="15"/>
  </w:num>
  <w:num w:numId="18" w16cid:durableId="7885520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E44CA"/>
    <w:rsid w:val="0014560B"/>
    <w:rsid w:val="0015074B"/>
    <w:rsid w:val="00227CCA"/>
    <w:rsid w:val="0029639D"/>
    <w:rsid w:val="00300FC9"/>
    <w:rsid w:val="00326F90"/>
    <w:rsid w:val="004E66DF"/>
    <w:rsid w:val="004F7347"/>
    <w:rsid w:val="00500B7D"/>
    <w:rsid w:val="005423DF"/>
    <w:rsid w:val="00563D6B"/>
    <w:rsid w:val="005912E8"/>
    <w:rsid w:val="005E741F"/>
    <w:rsid w:val="00832D95"/>
    <w:rsid w:val="009D7053"/>
    <w:rsid w:val="00A96859"/>
    <w:rsid w:val="00AA1D8D"/>
    <w:rsid w:val="00AE3345"/>
    <w:rsid w:val="00B47730"/>
    <w:rsid w:val="00B57DB4"/>
    <w:rsid w:val="00BD2AA2"/>
    <w:rsid w:val="00C0071B"/>
    <w:rsid w:val="00CB0664"/>
    <w:rsid w:val="00CB20F8"/>
    <w:rsid w:val="00CD1E95"/>
    <w:rsid w:val="00D1442F"/>
    <w:rsid w:val="00E27E09"/>
    <w:rsid w:val="00F367A0"/>
    <w:rsid w:val="00F41AA2"/>
    <w:rsid w:val="00F65B8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3A1BC6"/>
  <w14:defaultImageDpi w14:val="300"/>
  <w15:docId w15:val="{AB7EF111-543E-4139-8FDD-69EE3024B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912E8"/>
    <w:rPr>
      <w:color w:val="0000FF" w:themeColor="hyperlink"/>
      <w:u w:val="single"/>
    </w:rPr>
  </w:style>
  <w:style w:type="character" w:styleId="UnresolvedMention">
    <w:name w:val="Unresolved Mention"/>
    <w:basedOn w:val="DefaultParagraphFont"/>
    <w:uiPriority w:val="99"/>
    <w:semiHidden/>
    <w:unhideWhenUsed/>
    <w:rsid w:val="005912E8"/>
    <w:rPr>
      <w:color w:val="605E5C"/>
      <w:shd w:val="clear" w:color="auto" w:fill="E1DFDD"/>
    </w:rPr>
  </w:style>
  <w:style w:type="paragraph" w:customStyle="1" w:styleId="TableParagraph">
    <w:name w:val="Table Paragraph"/>
    <w:basedOn w:val="Normal"/>
    <w:uiPriority w:val="1"/>
    <w:qFormat/>
    <w:rsid w:val="009D7053"/>
    <w:pPr>
      <w:widowControl w:val="0"/>
      <w:autoSpaceDE w:val="0"/>
      <w:autoSpaceDN w:val="0"/>
      <w:spacing w:after="0" w:line="240" w:lineRule="auto"/>
    </w:pPr>
    <w:rPr>
      <w:rFonts w:ascii="Calibri" w:eastAsia="Calibri" w:hAnsi="Calibri" w:cs="Times New Roman"/>
      <w:lang w:val="fr-FR"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issemmatri96@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270</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wissem matri</cp:lastModifiedBy>
  <cp:revision>23</cp:revision>
  <dcterms:created xsi:type="dcterms:W3CDTF">2013-12-23T23:15:00Z</dcterms:created>
  <dcterms:modified xsi:type="dcterms:W3CDTF">2026-01-20T11:08:00Z</dcterms:modified>
  <cp:category/>
</cp:coreProperties>
</file>